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– מורשת של אור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חנוכה ואת המנהגים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איך חנוכה עובר מדור לדור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משמעות המורשת והערכים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 והחג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חנוכת בית המקדש ונס פך השמן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יהודה המכבי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יום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לפרסם את הנס ולשתף אחרים באור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חנוכת המקדש = התחלה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מוסיפים נר בכל לילה, עד שבלילה השמיני דולקים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בישראל כתוב נ ג ה פ – נס גדול היה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באתיופיה לא נחגג חנוכה כי הסיפור מאוחר לקהילה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מסופר בסיפור המכבים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ספנג׳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אנטיוכוס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מנהג וקהילה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(יהדות אשכנז)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(יהדות מרוקו)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(תוניסיה ואלג׳יריה)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(ביתא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(ישראל היום)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אנטיוכוס אסר על היהודים לשמור את מנהגיהם והציב פסלים במקדש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משפחת מתתיהו הכהן, ובראשם יהודה המכבי, החליטה לא לוותר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קבוצה קטנה של לוחמים הצליחה לחזור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ניקו את המקדש ובנו מזבח חדש – חנוכת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מצאו פך שמן אחד שהספיק ליום אך דלק שמונה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על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 עתיקה שעברה דורות (נוגה), נרות שהתחילו רק בארץ (אלמז), נר שהיה סוד ומודלק בשקט (מקסים)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מתכון, שיר, מנהג או חפץ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- כמספר הימים שדלק השמן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עם דוגמה מהדף (לביבות/ספנג׳/סביבון/חג הבנות)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להציב את החנוכייה בחלון כדי שהאור והסיפור יראו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אישית: איך מדליקים חנוכה בבית שלכם?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בסיפור על נוגה ואלמז כדי לפתוח שיחה על מורשת חדשה לעומת מורשת ישנה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משימה מעשית מתוך 8 הנרות כהמשך לדף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– מורשת של אור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חנוכה הוא חג של שמונה ימים. מדליקים נרות, אוכלים סופגניות, משחקים בסביבון. בדף נלמד על הסיפור והמנהגים.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מנורה עם שמונה קנים ועוד מקום לשמש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שמדליקים איתו את שאר הנרות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פך השמן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 שמן קטן שהספיק ליום אחד ודלק שמונה 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פרסום הנס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להציב את החנוכייה בחלון כדי שכולם יראו את האור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ספנג׳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סופגנייה עגולה עם חור, מהמטבח המרוקאי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הבנות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בראש חודש טבת שבו מכבדים בנות ונשים, בקהילות צפון אפריקה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הלוחמים שבראשם יהודה המכבי, שנלחמו על המורשת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 והחג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חנוכה מזכיר?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חנוכת בית המקדש ונס פך השמן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מתן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חורבן בית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חוגגים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הוביל את הלוחמים?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אנטיוכוס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מתתיהו הכהן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יהודה המכבי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לכמה זמן הספיק השמן שנמצא?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ימים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ידוע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שמים את החנוכייה בחלון?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שתהיה מוגנת מרוח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לפרסם את הנס ולשתף אחרים באור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שלא תתלכלך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מקום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נקרא חנוכה כי ניקו את המקדש ובנו מזבח חדש – התחלה 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לילה מדליקים את כל הנרות יחד מהלילה הראשון.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כתוב על הסביבון האותיות נ ג ה 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בקהילות מצפון אפריקה נחגג חג הבנות בראש חודש טבת.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בביתא ישראל (יהדות אתיופיה) חגגו חנוכה כמו בשאר הקהילות מדורי דורות.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מתתיהו הכהן ובניו החליטו לא לוותר על המורשת 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הנר שבעזרתו מדליקים את שאר נרות החנוכייה.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מאכל עגול ומתוק מהמטבח המרוקאי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המלך היווני שאסר על היהודים לשמור את מנהגיהם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הרעיון שהאור צריך להיראות החוצה נקרא פרסום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בשאר העולם כתוב על הסביבון נ ג 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יום שבו מכבדים בנות ונשים בקהילות צפון אפריקה נקרא חג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מנהג וקהילה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לביבות תפוחי אדמה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ביתא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ספנג׳ וחנוכייה מתכת על הקיר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ישראל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חג הבנות בראש חודש טבת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יהדות מרוקו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חנוכה הפך למסורת רק בדורות האחרונים בארץ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תוניסיה ואלג׳יריה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 ג ה פ – נס גדול היה 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יהדות אשכנז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קטנה של לוחמים הצליחה לחזור לירושלים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 את המקדש ובנו מזבח חדש – חנוכת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פך שמן אחד שהספיק ליום אך דלק שמונה ימים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אנטיוכוס אסר על היהודים לשמור את מנהגיהם והציב פסלים במקדש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 מתתיהו הכהן, ובראשם יהודה המכבי, החליטה לא לוותר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על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בסיפור ׳הנר של סבתא רחל והנר של אלמז׳ יש שלוש משפחות עם יחס שונה לחנוכה. תארו בקצרה את שלוש הדרכים השונות שבהן המשפחות חוו את החג.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אלמז מחליטה להתחיל מסורת חדשה משלה. מה הייתם רוצים להתחיל השנה כדי שיעבור הלאה למשפחה שלכם בעתיד?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המספר הקסום של נרות חנוכה ולמה דווקא הוא?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למנהג חנוכה ששונה בין קהילה אחת לאחרת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פרסום הנס,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חנוכה – מורשת של אור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